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במורפולוגיה: שורש, משקל, סמיכות, שייכות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הבנת הנקרא: הסקה, נקודת מבט, טענה וראיה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הידע הלשוני בכתיבה יצירתית המבוססת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בלשון ובהבנת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שמות עצם שמתחברים למשמעות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שייכות במילה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בית ספר הופך לבתי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עובדה ניתנת לבדיקה ואילו דעה היא עמדה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(האותיות הבסיסיות שחוזרות במשפחת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(התבנית הקבועה שבה מוטבע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(חיבור שני שמות עצם למשמעות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(הבנת דבר שלא כתוב במפורש)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הבנה ולשון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ולשונית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שורשים נכונים עם שתי מילים נוספות לכל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שתיים עד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שהסקה היא מסקנה שאינה כתובה במפורש אך מבוססת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 ואילו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מול טקסט מוכר לתלמידים כדי שיוכלו להפנות למספרי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ישיבות - חלק לשוני וחלק של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יש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יחד מושגי לשון ברמת חטיבת הביניים לצד מיומנויות הבנת הנקרא המתקדמות - הסקה, נקודת מבט וטענה מבוססת ראיה, הכל מתוך טקסט לדוגמה.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כתב  ·  בתי 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מושגים בלשון ובהבנת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צירוף סמיכות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 שמות עצם שמתחברים למשמעות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 ושם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 ושם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ביתה היא דוגמה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שייכות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צירוף סמיכות אפשר להפוך גם לרבים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עובדה אפשר להוכיח ואילו משפט דעה אי אפשר להוכיח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צירוף הסמיכות בית ספר ברבים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הבנת דבר שלא כתוב במפורש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חיבור שני שמות עצם למשמעות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האותיות הבסיסיות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התבנית הקבועה שבה מוטבע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תרגול הבנה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 ולשונית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4 מילים מהטקסט, מצאו את השורש של כל אחת וכתבו עוד 2 מילים מאותו שורש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מהטקסט ומצאו את השורש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הסקה? תנו דוגמה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והבנת הנקרא – חפיסת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