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והבנת הנקרא – חפיסת 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 יסוד במורפולוגיה: שורש, משקל, סמיכות, שייכות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מיומנויות הבנת הנקרא: הסקה, נקודת מבט, טענה וראיה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הידע הלשוני בכתיבה יצירתית המבוססת על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מושגים בלשון ובהבנת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שני שמות עצם שמתחברים למשמעות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שייכות במילה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הבנת דבר שלא כתוב במפורש אך אפשר להבין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ראיה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האם להסביר לשכנע לבדר או לספר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למשל בית ספר הופך לבתי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נקודת מבט אחרת משנה את האופן שבו מספרים את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עובדה ניתנת לבדיקה ואילו דעה היא עמדה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לעיתים יש קשר ביניהם אך הם אינם זהים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אלו שני המרכיבים הבסיסיים של כל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בתי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(האותיות הבסיסיות שחוזרות במשפחת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(התבנית הקבועה שבה מוטבע השורש)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(חיבור שני שמות עצם למשמעות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(הבנת דבר שלא כתוב במפורש)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(הזווית שממנה מסופר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(קביעה שנתמכת בהוכחה מהטקסט)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תרגול הבנה ולשון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הסקה סבירה המבוססת על משפט קיים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טענה ברורה, ציטוט קצר של עד שמונה מילים והסבר הקשר ביניהם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 ולשונית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 שורשים נכונים עם שתי מילים נוספות לכל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קטע קצר כתוב מזווית חדשה והסבר על השינוי בתפיסה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נכון בן שתיים עד ארבע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שהסקה היא מסקנה שאינה כתובה במפורש אך מבוססת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ניתנת לבדיקה ואילו דעה היא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מול טקסט מוכר לתלמידים כדי שיוכלו להפנות למספרי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לשתי ישיבות - חלק לשוני וחלק של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יש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והבנת הנקרא – חפיסת 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יחד מושגי לשון ברמת חטיבת הביניים לצד מיומנויות הבנת הנקרא המתקדמות - הסקה, נקודת מבט וטענה מבוססת ראיה, הכל מתוך טקסט לדוגמה.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מושגים בלשון ובהבנת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השורש של המילה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צירוף סמיכות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שמות עצם שמתחברים למשמעות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עצם ושם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 ושם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 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המילה ביתה היא דוגמה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שייכות במילה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נקרא הסקה בקריאת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העתקת משפט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הבנת דבר שלא כתוב במפורש אך אפשר להבין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כתיבת תקציר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פוסטר לטקסט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טענה חייבת להיות מלווה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ראיה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בודקים כששואלים מהי מטרת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להסביר לשכנע לבדר או לספר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מילים יש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כתב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באיזו שנה נכתב 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צירוף סמיכות אפשר להפוך גם לרבים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מבט של דמות אחרת תמיד זהה לנקודת המבט המקורית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עובדה אפשר להוכיח ואילו משפט דעה אי אפשר להוכיח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וסיום של טקסט תמיד זהים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מילה בעברית בנויה משורש ומשקל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כתיבה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צירוף הסמיכות בית ספר ברבים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שלו במילה אחת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הפועל ילך הוא נטיית הפועל הלך בזמן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ברבים המילה ילד הופכת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התבנית הקבועה שבה מוטבע השורש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חיבור שני שמות עצם למשמעות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סמיכות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האותיות הבסיסיות שחוזרות במשפחת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הזווית שממנה מסופר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נקודת מבט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קביעה שנתמכת בהוכחה מהטקסט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טענה וראיה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הבנת דבר שלא כתוב במפורש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תרגול הבנה ולשון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משפט אחד בטקסט שאפשר להסיק ממנו דבר שלא כתוב במפורש. כתבו מה הבנתם ומאיזה משפט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טענה אחת על הטקסט וגבו אותה בציטוט קצר מהטקסט. הסבירו איך הציטוט מוכיח את הטענה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 ולשונית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4 מילים מהטקסט, מצאו את השורש של כל אחת וכתבו עוד 2 מילים מאותו שורש לכל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מחדש קטע קצר מהטקסט מנקודת המבט של דמות או גורם אחר. מה השתנה בסיפור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מהטקסט ומצאו את השורש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הסקה? תנו דוגמה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עובדה לדעה?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לשון והבנת הנקרא – חפיסת חט״ב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